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Lato" w:hAnsi="Lato"/>
          <w:b/>
          <w:i w:val="0"/>
          <w:color w:val="C69B50"/>
          <w:sz w:val="16"/>
        </w:rPr>
        <w:t>MOJA MALA KNJIŽICA POBOŽNOSTI</w:t>
      </w:r>
    </w:p>
    <w:p>
      <w:pPr>
        <w:spacing w:before="0" w:after="20"/>
        <w:jc w:val="center"/>
      </w:pPr>
      <w:r>
        <w:rPr>
          <w:rFonts w:ascii="Lato" w:hAnsi="Lato"/>
          <w:b/>
          <w:i w:val="0"/>
          <w:color w:val="812D39"/>
          <w:sz w:val="36"/>
        </w:rPr>
        <w:t>PRESVETOM SRCU</w:t>
        <w:br/>
        <w:t>ISUSOVU</w:t>
      </w:r>
    </w:p>
    <w:p>
      <w:pPr>
        <w:spacing w:before="0" w:after="20"/>
        <w:jc w:val="center"/>
      </w:pPr>
      <w:r>
        <w:rPr>
          <w:rFonts w:ascii="Lato" w:hAnsi="Lato"/>
          <w:b/>
          <w:i w:val="0"/>
          <w:color w:val="BA5260"/>
          <w:sz w:val="24"/>
        </w:rPr>
        <w:t>9 PRVIH PETAKA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168000" cy="24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esus_heart_ar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8000" cy="24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320"/>
        <w:jc w:val="center"/>
      </w:pPr>
      <w:r>
        <w:rPr>
          <w:rFonts w:ascii="Lato" w:hAnsi="Lato"/>
          <w:b w:val="0"/>
          <w:i w:val="0"/>
          <w:color w:val="812D39"/>
          <w:sz w:val="18"/>
        </w:rPr>
        <w:t>Moj put ljubavi, molitve i dobrih djela</w:t>
      </w:r>
    </w:p>
    <w:p>
      <w:pPr>
        <w:spacing w:before="0" w:after="160"/>
      </w:pPr>
      <w:r>
        <w:rPr>
          <w:rFonts w:ascii="Lato" w:hAnsi="Lato"/>
          <w:b/>
          <w:i w:val="0"/>
          <w:color w:val="812D39"/>
          <w:sz w:val="20"/>
        </w:rPr>
        <w:t xml:space="preserve">Ime i prezime:  </w:t>
      </w:r>
      <w:r>
        <w:rPr>
          <w:rFonts w:ascii="Lato" w:hAnsi="Lato"/>
          <w:b w:val="0"/>
          <w:i w:val="0"/>
          <w:color w:val="65717B"/>
          <w:sz w:val="20"/>
        </w:rPr>
        <w:t>___________________________</w:t>
      </w:r>
    </w:p>
    <w:p>
      <w:pPr>
        <w:spacing w:before="0" w:after="160"/>
      </w:pPr>
      <w:r>
        <w:rPr>
          <w:rFonts w:ascii="Lato" w:hAnsi="Lato"/>
          <w:b/>
          <w:i w:val="0"/>
          <w:color w:val="812D39"/>
          <w:sz w:val="20"/>
        </w:rPr>
        <w:t xml:space="preserve">Moja župa:  </w:t>
      </w:r>
      <w:r>
        <w:rPr>
          <w:rFonts w:ascii="Lato" w:hAnsi="Lato"/>
          <w:b w:val="0"/>
          <w:i w:val="0"/>
          <w:color w:val="65717B"/>
          <w:sz w:val="20"/>
        </w:rPr>
        <w:t>___________________________</w:t>
      </w:r>
    </w:p>
    <w:p>
      <w:pPr>
        <w:spacing w:before="40" w:after="0"/>
        <w:jc w:val="center"/>
      </w:pPr>
      <w:r>
        <w:rPr>
          <w:rFonts w:ascii="Lato" w:hAnsi="Lato"/>
          <w:b w:val="0"/>
          <w:i/>
          <w:color w:val="65717B"/>
          <w:sz w:val="17"/>
        </w:rPr>
        <w:t>Malo srce može činiti velika dobra.</w:t>
      </w:r>
    </w:p>
    <w:p>
      <w:r>
        <w:br w:type="page"/>
      </w:r>
    </w:p>
    <w:p>
      <w:pPr>
        <w:spacing w:before="0" w:after="100"/>
      </w:pPr>
      <w:r>
        <w:rPr>
          <w:rFonts w:ascii="Lato" w:hAnsi="Lato"/>
          <w:b/>
          <w:i w:val="0"/>
          <w:color w:val="C69B50"/>
          <w:sz w:val="16"/>
        </w:rPr>
        <w:t>MALI VODIČ</w:t>
      </w:r>
    </w:p>
    <w:p>
      <w:pPr>
        <w:spacing w:before="0" w:after="100"/>
      </w:pPr>
      <w:r>
        <w:rPr>
          <w:rFonts w:ascii="Lato" w:hAnsi="Lato"/>
          <w:b/>
          <w:i w:val="0"/>
          <w:color w:val="812D39"/>
          <w:sz w:val="32"/>
        </w:rPr>
        <w:t>Kako sudjelujem?</w:t>
      </w:r>
    </w:p>
    <w:p>
      <w:pPr>
        <w:spacing w:before="0" w:after="200"/>
      </w:pPr>
      <w:r>
        <w:rPr>
          <w:rFonts w:ascii="Lato" w:hAnsi="Lato"/>
          <w:b w:val="0"/>
          <w:i w:val="0"/>
          <w:color w:val="65717B"/>
          <w:sz w:val="18"/>
        </w:rPr>
        <w:t>Nije važno samo skupljati žigove - važna je ljubav u srcu.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030"/>
      </w:tblGrid>
      <w:tr>
        <w:trPr>
          <w:trHeight w:val="57" w:hRule="exact"/>
        </w:trPr>
        <w:tc>
          <w:tcPr>
            <w:tcW w:type="dxa" w:w="7031"/>
            <w:shd w:fill="F4DADA"/>
          </w:tcPr>
          <w:p/>
        </w:tc>
      </w:tr>
    </w:tbl>
    <w:p>
      <w:pPr>
        <w:spacing w:before="0"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6293"/>
      </w:tblGrid>
      <w:tr>
        <w:tc>
          <w:tcPr>
            <w:tcW w:type="dxa" w:w="3515"/>
            <w:shd w:fill="F4DADA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812D39"/>
                <w:sz w:val="26"/>
              </w:rPr>
              <w:t>1</w:t>
            </w:r>
          </w:p>
        </w:tc>
        <w:tc>
          <w:tcPr>
            <w:tcW w:type="dxa" w:w="3515"/>
            <w:shd w:fill="FBF0EE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before="0" w:after="0" w:line="257" w:lineRule="auto"/>
            </w:pPr>
            <w:r>
              <w:rPr>
                <w:rFonts w:ascii="Lato" w:hAnsi="Lato"/>
                <w:b/>
                <w:i w:val="0"/>
                <w:color w:val="812D39"/>
                <w:sz w:val="19"/>
              </w:rPr>
              <w:t xml:space="preserve">Prvi petak  </w:t>
            </w:r>
            <w:r>
              <w:rPr>
                <w:rFonts w:ascii="Lato" w:hAnsi="Lato"/>
                <w:b w:val="0"/>
                <w:i w:val="0"/>
                <w:color w:val="2E3039"/>
                <w:sz w:val="17"/>
              </w:rPr>
              <w:t>Dolazim na svetu misu prvoga petka u mjesecu.</w:t>
            </w:r>
          </w:p>
        </w:tc>
      </w:tr>
    </w:tbl>
    <w:p>
      <w:pPr>
        <w:spacing w:before="0"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6293"/>
      </w:tblGrid>
      <w:tr>
        <w:tc>
          <w:tcPr>
            <w:tcW w:type="dxa" w:w="3515"/>
            <w:shd w:fill="F4DADA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812D39"/>
                <w:sz w:val="26"/>
              </w:rPr>
              <w:t>2</w:t>
            </w:r>
          </w:p>
        </w:tc>
        <w:tc>
          <w:tcPr>
            <w:tcW w:type="dxa" w:w="3515"/>
            <w:shd w:fill="FBF0EE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before="0" w:after="0" w:line="257" w:lineRule="auto"/>
            </w:pPr>
            <w:r>
              <w:rPr>
                <w:rFonts w:ascii="Lato" w:hAnsi="Lato"/>
                <w:b/>
                <w:i w:val="0"/>
                <w:color w:val="812D39"/>
                <w:sz w:val="19"/>
              </w:rPr>
              <w:t xml:space="preserve">Sveta pričest  </w:t>
            </w:r>
            <w:r>
              <w:rPr>
                <w:rFonts w:ascii="Lato" w:hAnsi="Lato"/>
                <w:b w:val="0"/>
                <w:i w:val="0"/>
                <w:color w:val="2E3039"/>
                <w:sz w:val="17"/>
              </w:rPr>
              <w:t>Ako sam primio/la Prvu pričest i mogu se pričestiti, primam Isusa s vjerom i ljubavlju.</w:t>
            </w:r>
          </w:p>
        </w:tc>
      </w:tr>
    </w:tbl>
    <w:p>
      <w:pPr>
        <w:spacing w:before="0"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6293"/>
      </w:tblGrid>
      <w:tr>
        <w:tc>
          <w:tcPr>
            <w:tcW w:type="dxa" w:w="3515"/>
            <w:shd w:fill="F4DADA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812D39"/>
                <w:sz w:val="26"/>
              </w:rPr>
              <w:t>3</w:t>
            </w:r>
          </w:p>
        </w:tc>
        <w:tc>
          <w:tcPr>
            <w:tcW w:type="dxa" w:w="3515"/>
            <w:shd w:fill="FBF0EE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before="0" w:after="0" w:line="257" w:lineRule="auto"/>
            </w:pPr>
            <w:r>
              <w:rPr>
                <w:rFonts w:ascii="Lato" w:hAnsi="Lato"/>
                <w:b/>
                <w:i w:val="0"/>
                <w:color w:val="812D39"/>
                <w:sz w:val="19"/>
              </w:rPr>
              <w:t xml:space="preserve">Pomirenje s Bogom  </w:t>
            </w:r>
            <w:r>
              <w:rPr>
                <w:rFonts w:ascii="Lato" w:hAnsi="Lato"/>
                <w:b w:val="0"/>
                <w:i w:val="0"/>
                <w:color w:val="2E3039"/>
                <w:sz w:val="17"/>
              </w:rPr>
              <w:t>Redovito se ispovijedam; prije pričesti se ispovijedam kada je to potrebno.</w:t>
            </w:r>
          </w:p>
        </w:tc>
      </w:tr>
    </w:tbl>
    <w:p>
      <w:pPr>
        <w:spacing w:before="0"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6293"/>
      </w:tblGrid>
      <w:tr>
        <w:tc>
          <w:tcPr>
            <w:tcW w:type="dxa" w:w="3515"/>
            <w:shd w:fill="F4DADA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812D39"/>
                <w:sz w:val="26"/>
              </w:rPr>
              <w:t>4</w:t>
            </w:r>
          </w:p>
        </w:tc>
        <w:tc>
          <w:tcPr>
            <w:tcW w:type="dxa" w:w="3515"/>
            <w:shd w:fill="FBF0EE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before="0" w:after="0" w:line="257" w:lineRule="auto"/>
            </w:pPr>
            <w:r>
              <w:rPr>
                <w:rFonts w:ascii="Lato" w:hAnsi="Lato"/>
                <w:b/>
                <w:i w:val="0"/>
                <w:color w:val="812D39"/>
                <w:sz w:val="19"/>
              </w:rPr>
              <w:t xml:space="preserve">Nakana zadovoljštine  </w:t>
            </w:r>
            <w:r>
              <w:rPr>
                <w:rFonts w:ascii="Lato" w:hAnsi="Lato"/>
                <w:b w:val="0"/>
                <w:i w:val="0"/>
                <w:color w:val="2E3039"/>
                <w:sz w:val="17"/>
              </w:rPr>
              <w:t>Molim iz ljubavi Isusu i nastojim popravljati ono čime sam povrijedio/la njega i druge.</w:t>
            </w:r>
          </w:p>
        </w:tc>
      </w:tr>
    </w:tbl>
    <w:p>
      <w:pPr>
        <w:spacing w:before="0"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73"/>
      </w:tblGrid>
      <w:tr>
        <w:tc>
          <w:tcPr>
            <w:tcW w:type="dxa" w:w="7031"/>
            <w:shd w:fill="FBF0EE"/>
            <w:tcBorders>
              <w:bottom w:val="single" w:sz="6" w:color="F4DADA"/>
            </w:tcBorders>
            <w:tcMar>
              <w:top w:w="130" w:type="dxa"/>
              <w:start w:w="200" w:type="dxa"/>
              <w:bottom w:w="140" w:type="dxa"/>
              <w:end w:w="200" w:type="dxa"/>
            </w:tcMar>
          </w:tcPr>
          <w:p>
            <w:pPr>
              <w:spacing w:before="0" w:after="80"/>
            </w:pPr>
            <w:r>
              <w:rPr>
                <w:rFonts w:ascii="Lato" w:hAnsi="Lato"/>
                <w:b/>
                <w:i w:val="0"/>
                <w:color w:val="812D39"/>
                <w:sz w:val="20"/>
              </w:rPr>
              <w:t>Zapamti</w:t>
            </w:r>
          </w:p>
          <w:p>
            <w:pPr>
              <w:spacing w:before="0" w:after="0" w:line="269" w:lineRule="auto"/>
            </w:pPr>
            <w:r>
              <w:rPr>
                <w:rFonts w:ascii="Lato" w:hAnsi="Lato"/>
                <w:b w:val="0"/>
                <w:i w:val="0"/>
                <w:color w:val="2E3039"/>
                <w:sz w:val="17"/>
              </w:rPr>
              <w:t>Pobožnost se uobičajeno vrši devet uzastopnih prvih petaka. Ako još nisam bio/la na Prvoj pričesti, mogu sudjelovati u misi i molitvi, ali ne i ispuniti sve sakramentalne uvjete.</w:t>
            </w:r>
          </w:p>
        </w:tc>
      </w:tr>
    </w:tbl>
    <w:p>
      <w:pPr>
        <w:spacing w:before="0" w:after="100"/>
      </w:pPr>
    </w:p>
    <w:p>
      <w:pPr>
        <w:spacing w:before="0" w:after="0"/>
      </w:pPr>
      <w:r>
        <w:rPr>
          <w:rFonts w:ascii="Lato" w:hAnsi="Lato"/>
          <w:b/>
          <w:i w:val="0"/>
          <w:color w:val="BA5260"/>
          <w:sz w:val="16"/>
        </w:rPr>
        <w:t>Žig je uspomena na sudjelovanje - ne potvrda ispovijedi ili pričesti.</w:t>
      </w:r>
    </w:p>
    <w:p>
      <w:r>
        <w:br w:type="page"/>
      </w:r>
    </w:p>
    <w:p>
      <w:pPr>
        <w:spacing w:before="0" w:after="100"/>
      </w:pPr>
      <w:r>
        <w:rPr>
          <w:rFonts w:ascii="Lato" w:hAnsi="Lato"/>
          <w:b/>
          <w:i w:val="0"/>
          <w:color w:val="C69B50"/>
          <w:sz w:val="16"/>
        </w:rPr>
        <w:t>9 PRVIH PETAKA  •  1–3</w:t>
      </w:r>
    </w:p>
    <w:p>
      <w:pPr>
        <w:spacing w:before="0" w:after="100"/>
      </w:pPr>
      <w:r>
        <w:rPr>
          <w:rFonts w:ascii="Lato" w:hAnsi="Lato"/>
          <w:b/>
          <w:i w:val="0"/>
          <w:color w:val="812D39"/>
          <w:sz w:val="32"/>
        </w:rPr>
        <w:t>Moji žigovi</w:t>
      </w:r>
    </w:p>
    <w:p>
      <w:pPr>
        <w:spacing w:before="0" w:after="200"/>
      </w:pPr>
      <w:r>
        <w:rPr>
          <w:rFonts w:ascii="Lato" w:hAnsi="Lato"/>
          <w:b w:val="0"/>
          <w:i w:val="0"/>
          <w:color w:val="65717B"/>
          <w:sz w:val="18"/>
        </w:rPr>
        <w:t>Za svaki posjet upiši datum i zamoli za župni žig.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030"/>
      </w:tblGrid>
      <w:tr>
        <w:trPr>
          <w:trHeight w:val="57" w:hRule="exact"/>
        </w:trPr>
        <w:tc>
          <w:tcPr>
            <w:tcW w:type="dxa" w:w="7031"/>
            <w:shd w:fill="F4DADA"/>
          </w:tcPr>
          <w:p/>
        </w:tc>
      </w:tr>
    </w:tbl>
    <w:p>
      <w:pPr>
        <w:spacing w:before="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3231"/>
      </w:tblGrid>
      <w:tr>
        <w:trPr>
          <w:trHeight w:val="2409" w:hRule="exact"/>
        </w:trPr>
        <w:tc>
          <w:tcPr>
            <w:tcW w:type="dxa" w:w="3685"/>
            <w:shd w:fill="FBF0EE"/>
            <w:vAlign w:val="center"/>
            <w:tcMar>
              <w:top w:w="105" w:type="dxa"/>
              <w:start w:w="220" w:type="dxa"/>
              <w:bottom w:w="105" w:type="dxa"/>
              <w:end w:w="180" w:type="dxa"/>
            </w:tcMar>
            <w:tcBorders>
              <w:top w:val="single" w:sz="8" w:color="F4DADA"/>
              <w:bottom w:val="single" w:sz="8" w:color="F4DADA"/>
              <w:start w:val="single" w:sz="8" w:color="F4DADA"/>
            </w:tcBorders>
          </w:tcPr>
          <w:p>
            <w:pPr>
              <w:spacing w:before="0" w:after="0"/>
            </w:pPr>
            <w:r>
              <w:rPr>
                <w:rFonts w:ascii="Lato" w:hAnsi="Lato"/>
                <w:b/>
                <w:i w:val="0"/>
                <w:color w:val="C69B50"/>
                <w:sz w:val="42"/>
              </w:rPr>
              <w:t>01</w:t>
            </w:r>
            <w:r>
              <w:rPr>
                <w:rFonts w:ascii="Lato" w:hAnsi="Lato"/>
                <w:b/>
                <w:i w:val="0"/>
                <w:color w:val="812D39"/>
                <w:sz w:val="16"/>
              </w:rPr>
              <w:t xml:space="preserve">   PRVI PETAK</w:t>
            </w:r>
          </w:p>
          <w:p>
            <w:pPr>
              <w:spacing w:before="60" w:after="0"/>
            </w:pPr>
            <w:r>
              <w:rPr>
                <w:rFonts w:ascii="Lato" w:hAnsi="Lato"/>
                <w:b/>
                <w:i w:val="0"/>
                <w:color w:val="812D39"/>
                <w:sz w:val="15"/>
              </w:rPr>
              <w:t>Moj mali korak:</w:t>
            </w:r>
          </w:p>
          <w:p>
            <w:pPr>
              <w:spacing w:before="0" w:after="0" w:line="254" w:lineRule="auto"/>
            </w:pPr>
            <w:r>
              <w:rPr>
                <w:rFonts w:ascii="Lato" w:hAnsi="Lato"/>
                <w:b w:val="0"/>
                <w:i w:val="0"/>
                <w:color w:val="2E3039"/>
                <w:sz w:val="18"/>
              </w:rPr>
              <w:t>Danas ću nekome reći hvala.</w:t>
            </w:r>
          </w:p>
          <w:p>
            <w:pPr>
              <w:spacing w:before="80" w:after="0"/>
            </w:pPr>
            <w:r>
              <w:rPr>
                <w:rFonts w:ascii="Lato" w:hAnsi="Lato"/>
                <w:b w:val="0"/>
                <w:i w:val="0"/>
                <w:color w:val="65717B"/>
                <w:sz w:val="17"/>
              </w:rPr>
              <w:t>Datum: ___________________</w:t>
            </w:r>
          </w:p>
        </w:tc>
        <w:tc>
          <w:tcPr>
            <w:tcW w:type="dxa" w:w="3231"/>
            <w:shd w:fill="FFFFFF"/>
            <w:tcMar>
              <w:top w:w="80" w:type="dxa"/>
              <w:start w:w="150" w:type="dxa"/>
              <w:bottom w:w="100" w:type="dxa"/>
              <w:end w:w="150" w:type="dxa"/>
            </w:tcMar>
            <w:tcBorders>
              <w:top w:val="single" w:sz="12" w:color="BA5260"/>
              <w:bottom w:val="single" w:sz="12" w:color="BA5260"/>
              <w:start w:val="single" w:sz="12" w:color="BA5260"/>
              <w:end w:val="single" w:sz="12" w:color="BA5260"/>
            </w:tcBorders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BA5260"/>
                <w:sz w:val="16"/>
              </w:rPr>
              <w:t>MJESTO ZA ŽUPNI ŽIG</w:t>
            </w:r>
          </w:p>
          <w:p>
            <w:pPr>
              <w:spacing w:before="1280" w:after="0"/>
              <w:jc w:val="center"/>
            </w:pPr>
            <w:r>
              <w:rPr>
                <w:rFonts w:ascii="Lato" w:hAnsi="Lato"/>
                <w:b w:val="0"/>
                <w:i w:val="0"/>
                <w:color w:val="65717B"/>
                <w:sz w:val="12"/>
              </w:rPr>
              <w:t>ŽIG / POTVRDA DOLASKA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3231"/>
      </w:tblGrid>
      <w:tr>
        <w:trPr>
          <w:trHeight w:val="2409" w:hRule="exact"/>
        </w:trPr>
        <w:tc>
          <w:tcPr>
            <w:tcW w:type="dxa" w:w="3685"/>
            <w:shd w:fill="FBF0EE"/>
            <w:vAlign w:val="center"/>
            <w:tcMar>
              <w:top w:w="105" w:type="dxa"/>
              <w:start w:w="220" w:type="dxa"/>
              <w:bottom w:w="105" w:type="dxa"/>
              <w:end w:w="180" w:type="dxa"/>
            </w:tcMar>
            <w:tcBorders>
              <w:top w:val="single" w:sz="8" w:color="F4DADA"/>
              <w:bottom w:val="single" w:sz="8" w:color="F4DADA"/>
              <w:start w:val="single" w:sz="8" w:color="F4DADA"/>
            </w:tcBorders>
          </w:tcPr>
          <w:p>
            <w:pPr>
              <w:spacing w:before="0" w:after="0"/>
            </w:pPr>
            <w:r>
              <w:rPr>
                <w:rFonts w:ascii="Lato" w:hAnsi="Lato"/>
                <w:b/>
                <w:i w:val="0"/>
                <w:color w:val="C69B50"/>
                <w:sz w:val="42"/>
              </w:rPr>
              <w:t>02</w:t>
            </w:r>
            <w:r>
              <w:rPr>
                <w:rFonts w:ascii="Lato" w:hAnsi="Lato"/>
                <w:b/>
                <w:i w:val="0"/>
                <w:color w:val="812D39"/>
                <w:sz w:val="16"/>
              </w:rPr>
              <w:t xml:space="preserve">   PRVI PETAK</w:t>
            </w:r>
          </w:p>
          <w:p>
            <w:pPr>
              <w:spacing w:before="60" w:after="0"/>
            </w:pPr>
            <w:r>
              <w:rPr>
                <w:rFonts w:ascii="Lato" w:hAnsi="Lato"/>
                <w:b/>
                <w:i w:val="0"/>
                <w:color w:val="812D39"/>
                <w:sz w:val="15"/>
              </w:rPr>
              <w:t>Moj mali korak:</w:t>
            </w:r>
          </w:p>
          <w:p>
            <w:pPr>
              <w:spacing w:before="0" w:after="0" w:line="254" w:lineRule="auto"/>
            </w:pPr>
            <w:r>
              <w:rPr>
                <w:rFonts w:ascii="Lato" w:hAnsi="Lato"/>
                <w:b w:val="0"/>
                <w:i w:val="0"/>
                <w:color w:val="2E3039"/>
                <w:sz w:val="18"/>
              </w:rPr>
              <w:t>Pomoći ću nekome kod kuće.</w:t>
            </w:r>
          </w:p>
          <w:p>
            <w:pPr>
              <w:spacing w:before="80" w:after="0"/>
            </w:pPr>
            <w:r>
              <w:rPr>
                <w:rFonts w:ascii="Lato" w:hAnsi="Lato"/>
                <w:b w:val="0"/>
                <w:i w:val="0"/>
                <w:color w:val="65717B"/>
                <w:sz w:val="17"/>
              </w:rPr>
              <w:t>Datum: ___________________</w:t>
            </w:r>
          </w:p>
        </w:tc>
        <w:tc>
          <w:tcPr>
            <w:tcW w:type="dxa" w:w="3231"/>
            <w:shd w:fill="FFFFFF"/>
            <w:tcMar>
              <w:top w:w="80" w:type="dxa"/>
              <w:start w:w="150" w:type="dxa"/>
              <w:bottom w:w="100" w:type="dxa"/>
              <w:end w:w="150" w:type="dxa"/>
            </w:tcMar>
            <w:tcBorders>
              <w:top w:val="single" w:sz="12" w:color="BA5260"/>
              <w:bottom w:val="single" w:sz="12" w:color="BA5260"/>
              <w:start w:val="single" w:sz="12" w:color="BA5260"/>
              <w:end w:val="single" w:sz="12" w:color="BA5260"/>
            </w:tcBorders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BA5260"/>
                <w:sz w:val="16"/>
              </w:rPr>
              <w:t>MJESTO ZA ŽUPNI ŽIG</w:t>
            </w:r>
          </w:p>
          <w:p>
            <w:pPr>
              <w:spacing w:before="1280" w:after="0"/>
              <w:jc w:val="center"/>
            </w:pPr>
            <w:r>
              <w:rPr>
                <w:rFonts w:ascii="Lato" w:hAnsi="Lato"/>
                <w:b w:val="0"/>
                <w:i w:val="0"/>
                <w:color w:val="65717B"/>
                <w:sz w:val="12"/>
              </w:rPr>
              <w:t>ŽIG / POTVRDA DOLASKA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3231"/>
      </w:tblGrid>
      <w:tr>
        <w:trPr>
          <w:trHeight w:val="2409" w:hRule="exact"/>
        </w:trPr>
        <w:tc>
          <w:tcPr>
            <w:tcW w:type="dxa" w:w="3685"/>
            <w:shd w:fill="FBF0EE"/>
            <w:vAlign w:val="center"/>
            <w:tcMar>
              <w:top w:w="105" w:type="dxa"/>
              <w:start w:w="220" w:type="dxa"/>
              <w:bottom w:w="105" w:type="dxa"/>
              <w:end w:w="180" w:type="dxa"/>
            </w:tcMar>
            <w:tcBorders>
              <w:top w:val="single" w:sz="8" w:color="F4DADA"/>
              <w:bottom w:val="single" w:sz="8" w:color="F4DADA"/>
              <w:start w:val="single" w:sz="8" w:color="F4DADA"/>
            </w:tcBorders>
          </w:tcPr>
          <w:p>
            <w:pPr>
              <w:spacing w:before="0" w:after="0"/>
            </w:pPr>
            <w:r>
              <w:rPr>
                <w:rFonts w:ascii="Lato" w:hAnsi="Lato"/>
                <w:b/>
                <w:i w:val="0"/>
                <w:color w:val="C69B50"/>
                <w:sz w:val="42"/>
              </w:rPr>
              <w:t>03</w:t>
            </w:r>
            <w:r>
              <w:rPr>
                <w:rFonts w:ascii="Lato" w:hAnsi="Lato"/>
                <w:b/>
                <w:i w:val="0"/>
                <w:color w:val="812D39"/>
                <w:sz w:val="16"/>
              </w:rPr>
              <w:t xml:space="preserve">   PRVI PETAK</w:t>
            </w:r>
          </w:p>
          <w:p>
            <w:pPr>
              <w:spacing w:before="60" w:after="0"/>
            </w:pPr>
            <w:r>
              <w:rPr>
                <w:rFonts w:ascii="Lato" w:hAnsi="Lato"/>
                <w:b/>
                <w:i w:val="0"/>
                <w:color w:val="812D39"/>
                <w:sz w:val="15"/>
              </w:rPr>
              <w:t>Moj mali korak:</w:t>
            </w:r>
          </w:p>
          <w:p>
            <w:pPr>
              <w:spacing w:before="0" w:after="0" w:line="254" w:lineRule="auto"/>
            </w:pPr>
            <w:r>
              <w:rPr>
                <w:rFonts w:ascii="Lato" w:hAnsi="Lato"/>
                <w:b w:val="0"/>
                <w:i w:val="0"/>
                <w:color w:val="2E3039"/>
                <w:sz w:val="18"/>
              </w:rPr>
              <w:t>Pomolit ću se za prijatelja.</w:t>
            </w:r>
          </w:p>
          <w:p>
            <w:pPr>
              <w:spacing w:before="80" w:after="0"/>
            </w:pPr>
            <w:r>
              <w:rPr>
                <w:rFonts w:ascii="Lato" w:hAnsi="Lato"/>
                <w:b w:val="0"/>
                <w:i w:val="0"/>
                <w:color w:val="65717B"/>
                <w:sz w:val="17"/>
              </w:rPr>
              <w:t>Datum: ___________________</w:t>
            </w:r>
          </w:p>
        </w:tc>
        <w:tc>
          <w:tcPr>
            <w:tcW w:type="dxa" w:w="3231"/>
            <w:shd w:fill="FFFFFF"/>
            <w:tcMar>
              <w:top w:w="80" w:type="dxa"/>
              <w:start w:w="150" w:type="dxa"/>
              <w:bottom w:w="100" w:type="dxa"/>
              <w:end w:w="150" w:type="dxa"/>
            </w:tcMar>
            <w:tcBorders>
              <w:top w:val="single" w:sz="12" w:color="BA5260"/>
              <w:bottom w:val="single" w:sz="12" w:color="BA5260"/>
              <w:start w:val="single" w:sz="12" w:color="BA5260"/>
              <w:end w:val="single" w:sz="12" w:color="BA5260"/>
            </w:tcBorders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BA5260"/>
                <w:sz w:val="16"/>
              </w:rPr>
              <w:t>MJESTO ZA ŽUPNI ŽIG</w:t>
            </w:r>
          </w:p>
          <w:p>
            <w:pPr>
              <w:spacing w:before="1280" w:after="0"/>
              <w:jc w:val="center"/>
            </w:pPr>
            <w:r>
              <w:rPr>
                <w:rFonts w:ascii="Lato" w:hAnsi="Lato"/>
                <w:b w:val="0"/>
                <w:i w:val="0"/>
                <w:color w:val="65717B"/>
                <w:sz w:val="12"/>
              </w:rPr>
              <w:t>ŽIG / POTVRDA DOLASKA</w:t>
            </w:r>
          </w:p>
        </w:tc>
      </w:tr>
    </w:tbl>
    <w:p>
      <w:pPr>
        <w:spacing w:before="0" w:after="80"/>
      </w:pPr>
    </w:p>
    <w:p>
      <w:r>
        <w:br w:type="page"/>
      </w:r>
    </w:p>
    <w:p>
      <w:pPr>
        <w:spacing w:before="0" w:after="100"/>
      </w:pPr>
      <w:r>
        <w:rPr>
          <w:rFonts w:ascii="Lato" w:hAnsi="Lato"/>
          <w:b/>
          <w:i w:val="0"/>
          <w:color w:val="C69B50"/>
          <w:sz w:val="16"/>
        </w:rPr>
        <w:t>9 PRVIH PETAKA  •  4–6</w:t>
      </w:r>
    </w:p>
    <w:p>
      <w:pPr>
        <w:spacing w:before="0" w:after="100"/>
      </w:pPr>
      <w:r>
        <w:rPr>
          <w:rFonts w:ascii="Lato" w:hAnsi="Lato"/>
          <w:b/>
          <w:i w:val="0"/>
          <w:color w:val="812D39"/>
          <w:sz w:val="32"/>
        </w:rPr>
        <w:t>Moji žigovi</w:t>
      </w:r>
    </w:p>
    <w:p>
      <w:pPr>
        <w:spacing w:before="0" w:after="200"/>
      </w:pPr>
      <w:r>
        <w:rPr>
          <w:rFonts w:ascii="Lato" w:hAnsi="Lato"/>
          <w:b w:val="0"/>
          <w:i w:val="0"/>
          <w:color w:val="65717B"/>
          <w:sz w:val="18"/>
        </w:rPr>
        <w:t>Za svaki posjet upiši datum i zamoli za župni žig.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030"/>
      </w:tblGrid>
      <w:tr>
        <w:trPr>
          <w:trHeight w:val="57" w:hRule="exact"/>
        </w:trPr>
        <w:tc>
          <w:tcPr>
            <w:tcW w:type="dxa" w:w="7031"/>
            <w:shd w:fill="F4DADA"/>
          </w:tcPr>
          <w:p/>
        </w:tc>
      </w:tr>
    </w:tbl>
    <w:p>
      <w:pPr>
        <w:spacing w:before="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3231"/>
      </w:tblGrid>
      <w:tr>
        <w:trPr>
          <w:trHeight w:val="2409" w:hRule="exact"/>
        </w:trPr>
        <w:tc>
          <w:tcPr>
            <w:tcW w:type="dxa" w:w="3685"/>
            <w:shd w:fill="FBF0EE"/>
            <w:vAlign w:val="center"/>
            <w:tcMar>
              <w:top w:w="105" w:type="dxa"/>
              <w:start w:w="220" w:type="dxa"/>
              <w:bottom w:w="105" w:type="dxa"/>
              <w:end w:w="180" w:type="dxa"/>
            </w:tcMar>
            <w:tcBorders>
              <w:top w:val="single" w:sz="8" w:color="F4DADA"/>
              <w:bottom w:val="single" w:sz="8" w:color="F4DADA"/>
              <w:start w:val="single" w:sz="8" w:color="F4DADA"/>
            </w:tcBorders>
          </w:tcPr>
          <w:p>
            <w:pPr>
              <w:spacing w:before="0" w:after="0"/>
            </w:pPr>
            <w:r>
              <w:rPr>
                <w:rFonts w:ascii="Lato" w:hAnsi="Lato"/>
                <w:b/>
                <w:i w:val="0"/>
                <w:color w:val="C69B50"/>
                <w:sz w:val="42"/>
              </w:rPr>
              <w:t>04</w:t>
            </w:r>
            <w:r>
              <w:rPr>
                <w:rFonts w:ascii="Lato" w:hAnsi="Lato"/>
                <w:b/>
                <w:i w:val="0"/>
                <w:color w:val="812D39"/>
                <w:sz w:val="16"/>
              </w:rPr>
              <w:t xml:space="preserve">   PRVI PETAK</w:t>
            </w:r>
          </w:p>
          <w:p>
            <w:pPr>
              <w:spacing w:before="60" w:after="0"/>
            </w:pPr>
            <w:r>
              <w:rPr>
                <w:rFonts w:ascii="Lato" w:hAnsi="Lato"/>
                <w:b/>
                <w:i w:val="0"/>
                <w:color w:val="812D39"/>
                <w:sz w:val="15"/>
              </w:rPr>
              <w:t>Moj mali korak:</w:t>
            </w:r>
          </w:p>
          <w:p>
            <w:pPr>
              <w:spacing w:before="0" w:after="0" w:line="254" w:lineRule="auto"/>
            </w:pPr>
            <w:r>
              <w:rPr>
                <w:rFonts w:ascii="Lato" w:hAnsi="Lato"/>
                <w:b w:val="0"/>
                <w:i w:val="0"/>
                <w:color w:val="2E3039"/>
                <w:sz w:val="18"/>
              </w:rPr>
              <w:t>Oprostit ću nekome iz srca.</w:t>
            </w:r>
          </w:p>
          <w:p>
            <w:pPr>
              <w:spacing w:before="80" w:after="0"/>
            </w:pPr>
            <w:r>
              <w:rPr>
                <w:rFonts w:ascii="Lato" w:hAnsi="Lato"/>
                <w:b w:val="0"/>
                <w:i w:val="0"/>
                <w:color w:val="65717B"/>
                <w:sz w:val="17"/>
              </w:rPr>
              <w:t>Datum: ___________________</w:t>
            </w:r>
          </w:p>
        </w:tc>
        <w:tc>
          <w:tcPr>
            <w:tcW w:type="dxa" w:w="3231"/>
            <w:shd w:fill="FFFFFF"/>
            <w:tcMar>
              <w:top w:w="80" w:type="dxa"/>
              <w:start w:w="150" w:type="dxa"/>
              <w:bottom w:w="100" w:type="dxa"/>
              <w:end w:w="150" w:type="dxa"/>
            </w:tcMar>
            <w:tcBorders>
              <w:top w:val="single" w:sz="12" w:color="BA5260"/>
              <w:bottom w:val="single" w:sz="12" w:color="BA5260"/>
              <w:start w:val="single" w:sz="12" w:color="BA5260"/>
              <w:end w:val="single" w:sz="12" w:color="BA5260"/>
            </w:tcBorders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BA5260"/>
                <w:sz w:val="16"/>
              </w:rPr>
              <w:t>MJESTO ZA ŽUPNI ŽIG</w:t>
            </w:r>
          </w:p>
          <w:p>
            <w:pPr>
              <w:spacing w:before="1280" w:after="0"/>
              <w:jc w:val="center"/>
            </w:pPr>
            <w:r>
              <w:rPr>
                <w:rFonts w:ascii="Lato" w:hAnsi="Lato"/>
                <w:b w:val="0"/>
                <w:i w:val="0"/>
                <w:color w:val="65717B"/>
                <w:sz w:val="12"/>
              </w:rPr>
              <w:t>ŽIG / POTVRDA DOLASKA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3231"/>
      </w:tblGrid>
      <w:tr>
        <w:trPr>
          <w:trHeight w:val="2409" w:hRule="exact"/>
        </w:trPr>
        <w:tc>
          <w:tcPr>
            <w:tcW w:type="dxa" w:w="3685"/>
            <w:shd w:fill="FBF0EE"/>
            <w:vAlign w:val="center"/>
            <w:tcMar>
              <w:top w:w="105" w:type="dxa"/>
              <w:start w:w="220" w:type="dxa"/>
              <w:bottom w:w="105" w:type="dxa"/>
              <w:end w:w="180" w:type="dxa"/>
            </w:tcMar>
            <w:tcBorders>
              <w:top w:val="single" w:sz="8" w:color="F4DADA"/>
              <w:bottom w:val="single" w:sz="8" w:color="F4DADA"/>
              <w:start w:val="single" w:sz="8" w:color="F4DADA"/>
            </w:tcBorders>
          </w:tcPr>
          <w:p>
            <w:pPr>
              <w:spacing w:before="0" w:after="0"/>
            </w:pPr>
            <w:r>
              <w:rPr>
                <w:rFonts w:ascii="Lato" w:hAnsi="Lato"/>
                <w:b/>
                <w:i w:val="0"/>
                <w:color w:val="C69B50"/>
                <w:sz w:val="42"/>
              </w:rPr>
              <w:t>05</w:t>
            </w:r>
            <w:r>
              <w:rPr>
                <w:rFonts w:ascii="Lato" w:hAnsi="Lato"/>
                <w:b/>
                <w:i w:val="0"/>
                <w:color w:val="812D39"/>
                <w:sz w:val="16"/>
              </w:rPr>
              <w:t xml:space="preserve">   PRVI PETAK</w:t>
            </w:r>
          </w:p>
          <w:p>
            <w:pPr>
              <w:spacing w:before="60" w:after="0"/>
            </w:pPr>
            <w:r>
              <w:rPr>
                <w:rFonts w:ascii="Lato" w:hAnsi="Lato"/>
                <w:b/>
                <w:i w:val="0"/>
                <w:color w:val="812D39"/>
                <w:sz w:val="15"/>
              </w:rPr>
              <w:t>Moj mali korak:</w:t>
            </w:r>
          </w:p>
          <w:p>
            <w:pPr>
              <w:spacing w:before="0" w:after="0" w:line="254" w:lineRule="auto"/>
            </w:pPr>
            <w:r>
              <w:rPr>
                <w:rFonts w:ascii="Lato" w:hAnsi="Lato"/>
                <w:b w:val="0"/>
                <w:i w:val="0"/>
                <w:color w:val="2E3039"/>
                <w:sz w:val="18"/>
              </w:rPr>
              <w:t>Podijelit ću nešto svoje.</w:t>
            </w:r>
          </w:p>
          <w:p>
            <w:pPr>
              <w:spacing w:before="80" w:after="0"/>
            </w:pPr>
            <w:r>
              <w:rPr>
                <w:rFonts w:ascii="Lato" w:hAnsi="Lato"/>
                <w:b w:val="0"/>
                <w:i w:val="0"/>
                <w:color w:val="65717B"/>
                <w:sz w:val="17"/>
              </w:rPr>
              <w:t>Datum: ___________________</w:t>
            </w:r>
          </w:p>
        </w:tc>
        <w:tc>
          <w:tcPr>
            <w:tcW w:type="dxa" w:w="3231"/>
            <w:shd w:fill="FFFFFF"/>
            <w:tcMar>
              <w:top w:w="80" w:type="dxa"/>
              <w:start w:w="150" w:type="dxa"/>
              <w:bottom w:w="100" w:type="dxa"/>
              <w:end w:w="150" w:type="dxa"/>
            </w:tcMar>
            <w:tcBorders>
              <w:top w:val="single" w:sz="12" w:color="BA5260"/>
              <w:bottom w:val="single" w:sz="12" w:color="BA5260"/>
              <w:start w:val="single" w:sz="12" w:color="BA5260"/>
              <w:end w:val="single" w:sz="12" w:color="BA5260"/>
            </w:tcBorders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BA5260"/>
                <w:sz w:val="16"/>
              </w:rPr>
              <w:t>MJESTO ZA ŽUPNI ŽIG</w:t>
            </w:r>
          </w:p>
          <w:p>
            <w:pPr>
              <w:spacing w:before="1280" w:after="0"/>
              <w:jc w:val="center"/>
            </w:pPr>
            <w:r>
              <w:rPr>
                <w:rFonts w:ascii="Lato" w:hAnsi="Lato"/>
                <w:b w:val="0"/>
                <w:i w:val="0"/>
                <w:color w:val="65717B"/>
                <w:sz w:val="12"/>
              </w:rPr>
              <w:t>ŽIG / POTVRDA DOLASKA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3231"/>
      </w:tblGrid>
      <w:tr>
        <w:trPr>
          <w:trHeight w:val="2409" w:hRule="exact"/>
        </w:trPr>
        <w:tc>
          <w:tcPr>
            <w:tcW w:type="dxa" w:w="3685"/>
            <w:shd w:fill="FBF0EE"/>
            <w:vAlign w:val="center"/>
            <w:tcMar>
              <w:top w:w="105" w:type="dxa"/>
              <w:start w:w="220" w:type="dxa"/>
              <w:bottom w:w="105" w:type="dxa"/>
              <w:end w:w="180" w:type="dxa"/>
            </w:tcMar>
            <w:tcBorders>
              <w:top w:val="single" w:sz="8" w:color="F4DADA"/>
              <w:bottom w:val="single" w:sz="8" w:color="F4DADA"/>
              <w:start w:val="single" w:sz="8" w:color="F4DADA"/>
            </w:tcBorders>
          </w:tcPr>
          <w:p>
            <w:pPr>
              <w:spacing w:before="0" w:after="0"/>
            </w:pPr>
            <w:r>
              <w:rPr>
                <w:rFonts w:ascii="Lato" w:hAnsi="Lato"/>
                <w:b/>
                <w:i w:val="0"/>
                <w:color w:val="C69B50"/>
                <w:sz w:val="42"/>
              </w:rPr>
              <w:t>06</w:t>
            </w:r>
            <w:r>
              <w:rPr>
                <w:rFonts w:ascii="Lato" w:hAnsi="Lato"/>
                <w:b/>
                <w:i w:val="0"/>
                <w:color w:val="812D39"/>
                <w:sz w:val="16"/>
              </w:rPr>
              <w:t xml:space="preserve">   PRVI PETAK</w:t>
            </w:r>
          </w:p>
          <w:p>
            <w:pPr>
              <w:spacing w:before="60" w:after="0"/>
            </w:pPr>
            <w:r>
              <w:rPr>
                <w:rFonts w:ascii="Lato" w:hAnsi="Lato"/>
                <w:b/>
                <w:i w:val="0"/>
                <w:color w:val="812D39"/>
                <w:sz w:val="15"/>
              </w:rPr>
              <w:t>Moj mali korak:</w:t>
            </w:r>
          </w:p>
          <w:p>
            <w:pPr>
              <w:spacing w:before="0" w:after="0" w:line="254" w:lineRule="auto"/>
            </w:pPr>
            <w:r>
              <w:rPr>
                <w:rFonts w:ascii="Lato" w:hAnsi="Lato"/>
                <w:b w:val="0"/>
                <w:i w:val="0"/>
                <w:color w:val="2E3039"/>
                <w:sz w:val="18"/>
              </w:rPr>
              <w:t>Govorit ću lijepe riječi.</w:t>
            </w:r>
          </w:p>
          <w:p>
            <w:pPr>
              <w:spacing w:before="80" w:after="0"/>
            </w:pPr>
            <w:r>
              <w:rPr>
                <w:rFonts w:ascii="Lato" w:hAnsi="Lato"/>
                <w:b w:val="0"/>
                <w:i w:val="0"/>
                <w:color w:val="65717B"/>
                <w:sz w:val="17"/>
              </w:rPr>
              <w:t>Datum: ___________________</w:t>
            </w:r>
          </w:p>
        </w:tc>
        <w:tc>
          <w:tcPr>
            <w:tcW w:type="dxa" w:w="3231"/>
            <w:shd w:fill="FFFFFF"/>
            <w:tcMar>
              <w:top w:w="80" w:type="dxa"/>
              <w:start w:w="150" w:type="dxa"/>
              <w:bottom w:w="100" w:type="dxa"/>
              <w:end w:w="150" w:type="dxa"/>
            </w:tcMar>
            <w:tcBorders>
              <w:top w:val="single" w:sz="12" w:color="BA5260"/>
              <w:bottom w:val="single" w:sz="12" w:color="BA5260"/>
              <w:start w:val="single" w:sz="12" w:color="BA5260"/>
              <w:end w:val="single" w:sz="12" w:color="BA5260"/>
            </w:tcBorders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BA5260"/>
                <w:sz w:val="16"/>
              </w:rPr>
              <w:t>MJESTO ZA ŽUPNI ŽIG</w:t>
            </w:r>
          </w:p>
          <w:p>
            <w:pPr>
              <w:spacing w:before="1280" w:after="0"/>
              <w:jc w:val="center"/>
            </w:pPr>
            <w:r>
              <w:rPr>
                <w:rFonts w:ascii="Lato" w:hAnsi="Lato"/>
                <w:b w:val="0"/>
                <w:i w:val="0"/>
                <w:color w:val="65717B"/>
                <w:sz w:val="12"/>
              </w:rPr>
              <w:t>ŽIG / POTVRDA DOLASKA</w:t>
            </w:r>
          </w:p>
        </w:tc>
      </w:tr>
    </w:tbl>
    <w:p>
      <w:pPr>
        <w:spacing w:before="0" w:after="80"/>
      </w:pPr>
    </w:p>
    <w:p>
      <w:r>
        <w:br w:type="page"/>
      </w:r>
    </w:p>
    <w:p>
      <w:pPr>
        <w:spacing w:before="0" w:after="100"/>
      </w:pPr>
      <w:r>
        <w:rPr>
          <w:rFonts w:ascii="Lato" w:hAnsi="Lato"/>
          <w:b/>
          <w:i w:val="0"/>
          <w:color w:val="C69B50"/>
          <w:sz w:val="16"/>
        </w:rPr>
        <w:t>9 PRVIH PETAKA  •  7–9</w:t>
      </w:r>
    </w:p>
    <w:p>
      <w:pPr>
        <w:spacing w:before="0" w:after="100"/>
      </w:pPr>
      <w:r>
        <w:rPr>
          <w:rFonts w:ascii="Lato" w:hAnsi="Lato"/>
          <w:b/>
          <w:i w:val="0"/>
          <w:color w:val="812D39"/>
          <w:sz w:val="32"/>
        </w:rPr>
        <w:t>Moji žigovi</w:t>
      </w:r>
    </w:p>
    <w:p>
      <w:pPr>
        <w:spacing w:before="0" w:after="200"/>
      </w:pPr>
      <w:r>
        <w:rPr>
          <w:rFonts w:ascii="Lato" w:hAnsi="Lato"/>
          <w:b w:val="0"/>
          <w:i w:val="0"/>
          <w:color w:val="65717B"/>
          <w:sz w:val="18"/>
        </w:rPr>
        <w:t>Za svaki posjet upiši datum i zamoli za župni žig.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030"/>
      </w:tblGrid>
      <w:tr>
        <w:trPr>
          <w:trHeight w:val="57" w:hRule="exact"/>
        </w:trPr>
        <w:tc>
          <w:tcPr>
            <w:tcW w:type="dxa" w:w="7031"/>
            <w:shd w:fill="F4DADA"/>
          </w:tcPr>
          <w:p/>
        </w:tc>
      </w:tr>
    </w:tbl>
    <w:p>
      <w:pPr>
        <w:spacing w:before="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3231"/>
      </w:tblGrid>
      <w:tr>
        <w:trPr>
          <w:trHeight w:val="2409" w:hRule="exact"/>
        </w:trPr>
        <w:tc>
          <w:tcPr>
            <w:tcW w:type="dxa" w:w="3685"/>
            <w:shd w:fill="FBF0EE"/>
            <w:vAlign w:val="center"/>
            <w:tcMar>
              <w:top w:w="105" w:type="dxa"/>
              <w:start w:w="220" w:type="dxa"/>
              <w:bottom w:w="105" w:type="dxa"/>
              <w:end w:w="180" w:type="dxa"/>
            </w:tcMar>
            <w:tcBorders>
              <w:top w:val="single" w:sz="8" w:color="F4DADA"/>
              <w:bottom w:val="single" w:sz="8" w:color="F4DADA"/>
              <w:start w:val="single" w:sz="8" w:color="F4DADA"/>
            </w:tcBorders>
          </w:tcPr>
          <w:p>
            <w:pPr>
              <w:spacing w:before="0" w:after="0"/>
            </w:pPr>
            <w:r>
              <w:rPr>
                <w:rFonts w:ascii="Lato" w:hAnsi="Lato"/>
                <w:b/>
                <w:i w:val="0"/>
                <w:color w:val="C69B50"/>
                <w:sz w:val="42"/>
              </w:rPr>
              <w:t>07</w:t>
            </w:r>
            <w:r>
              <w:rPr>
                <w:rFonts w:ascii="Lato" w:hAnsi="Lato"/>
                <w:b/>
                <w:i w:val="0"/>
                <w:color w:val="812D39"/>
                <w:sz w:val="16"/>
              </w:rPr>
              <w:t xml:space="preserve">   PRVI PETAK</w:t>
            </w:r>
          </w:p>
          <w:p>
            <w:pPr>
              <w:spacing w:before="60" w:after="0"/>
            </w:pPr>
            <w:r>
              <w:rPr>
                <w:rFonts w:ascii="Lato" w:hAnsi="Lato"/>
                <w:b/>
                <w:i w:val="0"/>
                <w:color w:val="812D39"/>
                <w:sz w:val="15"/>
              </w:rPr>
              <w:t>Moj mali korak:</w:t>
            </w:r>
          </w:p>
          <w:p>
            <w:pPr>
              <w:spacing w:before="0" w:after="0" w:line="254" w:lineRule="auto"/>
            </w:pPr>
            <w:r>
              <w:rPr>
                <w:rFonts w:ascii="Lato" w:hAnsi="Lato"/>
                <w:b w:val="0"/>
                <w:i w:val="0"/>
                <w:color w:val="2E3039"/>
                <w:sz w:val="18"/>
              </w:rPr>
              <w:t>Pomoći ću onome tko je sam.</w:t>
            </w:r>
          </w:p>
          <w:p>
            <w:pPr>
              <w:spacing w:before="80" w:after="0"/>
            </w:pPr>
            <w:r>
              <w:rPr>
                <w:rFonts w:ascii="Lato" w:hAnsi="Lato"/>
                <w:b w:val="0"/>
                <w:i w:val="0"/>
                <w:color w:val="65717B"/>
                <w:sz w:val="17"/>
              </w:rPr>
              <w:t>Datum: ___________________</w:t>
            </w:r>
          </w:p>
        </w:tc>
        <w:tc>
          <w:tcPr>
            <w:tcW w:type="dxa" w:w="3231"/>
            <w:shd w:fill="FFFFFF"/>
            <w:tcMar>
              <w:top w:w="80" w:type="dxa"/>
              <w:start w:w="150" w:type="dxa"/>
              <w:bottom w:w="100" w:type="dxa"/>
              <w:end w:w="150" w:type="dxa"/>
            </w:tcMar>
            <w:tcBorders>
              <w:top w:val="single" w:sz="12" w:color="BA5260"/>
              <w:bottom w:val="single" w:sz="12" w:color="BA5260"/>
              <w:start w:val="single" w:sz="12" w:color="BA5260"/>
              <w:end w:val="single" w:sz="12" w:color="BA5260"/>
            </w:tcBorders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BA5260"/>
                <w:sz w:val="16"/>
              </w:rPr>
              <w:t>MJESTO ZA ŽUPNI ŽIG</w:t>
            </w:r>
          </w:p>
          <w:p>
            <w:pPr>
              <w:spacing w:before="1280" w:after="0"/>
              <w:jc w:val="center"/>
            </w:pPr>
            <w:r>
              <w:rPr>
                <w:rFonts w:ascii="Lato" w:hAnsi="Lato"/>
                <w:b w:val="0"/>
                <w:i w:val="0"/>
                <w:color w:val="65717B"/>
                <w:sz w:val="12"/>
              </w:rPr>
              <w:t>ŽIG / POTVRDA DOLASKA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3231"/>
      </w:tblGrid>
      <w:tr>
        <w:trPr>
          <w:trHeight w:val="2409" w:hRule="exact"/>
        </w:trPr>
        <w:tc>
          <w:tcPr>
            <w:tcW w:type="dxa" w:w="3685"/>
            <w:shd w:fill="FBF0EE"/>
            <w:vAlign w:val="center"/>
            <w:tcMar>
              <w:top w:w="105" w:type="dxa"/>
              <w:start w:w="220" w:type="dxa"/>
              <w:bottom w:w="105" w:type="dxa"/>
              <w:end w:w="180" w:type="dxa"/>
            </w:tcMar>
            <w:tcBorders>
              <w:top w:val="single" w:sz="8" w:color="F4DADA"/>
              <w:bottom w:val="single" w:sz="8" w:color="F4DADA"/>
              <w:start w:val="single" w:sz="8" w:color="F4DADA"/>
            </w:tcBorders>
          </w:tcPr>
          <w:p>
            <w:pPr>
              <w:spacing w:before="0" w:after="0"/>
            </w:pPr>
            <w:r>
              <w:rPr>
                <w:rFonts w:ascii="Lato" w:hAnsi="Lato"/>
                <w:b/>
                <w:i w:val="0"/>
                <w:color w:val="C69B50"/>
                <w:sz w:val="42"/>
              </w:rPr>
              <w:t>08</w:t>
            </w:r>
            <w:r>
              <w:rPr>
                <w:rFonts w:ascii="Lato" w:hAnsi="Lato"/>
                <w:b/>
                <w:i w:val="0"/>
                <w:color w:val="812D39"/>
                <w:sz w:val="16"/>
              </w:rPr>
              <w:t xml:space="preserve">   PRVI PETAK</w:t>
            </w:r>
          </w:p>
          <w:p>
            <w:pPr>
              <w:spacing w:before="60" w:after="0"/>
            </w:pPr>
            <w:r>
              <w:rPr>
                <w:rFonts w:ascii="Lato" w:hAnsi="Lato"/>
                <w:b/>
                <w:i w:val="0"/>
                <w:color w:val="812D39"/>
                <w:sz w:val="15"/>
              </w:rPr>
              <w:t>Moj mali korak:</w:t>
            </w:r>
          </w:p>
          <w:p>
            <w:pPr>
              <w:spacing w:before="0" w:after="0" w:line="254" w:lineRule="auto"/>
            </w:pPr>
            <w:r>
              <w:rPr>
                <w:rFonts w:ascii="Lato" w:hAnsi="Lato"/>
                <w:b w:val="0"/>
                <w:i w:val="0"/>
                <w:color w:val="2E3039"/>
                <w:sz w:val="18"/>
              </w:rPr>
              <w:t>Učinit ću dobro bez pohvale.</w:t>
            </w:r>
          </w:p>
          <w:p>
            <w:pPr>
              <w:spacing w:before="80" w:after="0"/>
            </w:pPr>
            <w:r>
              <w:rPr>
                <w:rFonts w:ascii="Lato" w:hAnsi="Lato"/>
                <w:b w:val="0"/>
                <w:i w:val="0"/>
                <w:color w:val="65717B"/>
                <w:sz w:val="17"/>
              </w:rPr>
              <w:t>Datum: ___________________</w:t>
            </w:r>
          </w:p>
        </w:tc>
        <w:tc>
          <w:tcPr>
            <w:tcW w:type="dxa" w:w="3231"/>
            <w:shd w:fill="FFFFFF"/>
            <w:tcMar>
              <w:top w:w="80" w:type="dxa"/>
              <w:start w:w="150" w:type="dxa"/>
              <w:bottom w:w="100" w:type="dxa"/>
              <w:end w:w="150" w:type="dxa"/>
            </w:tcMar>
            <w:tcBorders>
              <w:top w:val="single" w:sz="12" w:color="BA5260"/>
              <w:bottom w:val="single" w:sz="12" w:color="BA5260"/>
              <w:start w:val="single" w:sz="12" w:color="BA5260"/>
              <w:end w:val="single" w:sz="12" w:color="BA5260"/>
            </w:tcBorders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BA5260"/>
                <w:sz w:val="16"/>
              </w:rPr>
              <w:t>MJESTO ZA ŽUPNI ŽIG</w:t>
            </w:r>
          </w:p>
          <w:p>
            <w:pPr>
              <w:spacing w:before="1280" w:after="0"/>
              <w:jc w:val="center"/>
            </w:pPr>
            <w:r>
              <w:rPr>
                <w:rFonts w:ascii="Lato" w:hAnsi="Lato"/>
                <w:b w:val="0"/>
                <w:i w:val="0"/>
                <w:color w:val="65717B"/>
                <w:sz w:val="12"/>
              </w:rPr>
              <w:t>ŽIG / POTVRDA DOLASKA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3231"/>
      </w:tblGrid>
      <w:tr>
        <w:trPr>
          <w:trHeight w:val="2409" w:hRule="exact"/>
        </w:trPr>
        <w:tc>
          <w:tcPr>
            <w:tcW w:type="dxa" w:w="3685"/>
            <w:shd w:fill="FBF0EE"/>
            <w:vAlign w:val="center"/>
            <w:tcMar>
              <w:top w:w="105" w:type="dxa"/>
              <w:start w:w="220" w:type="dxa"/>
              <w:bottom w:w="105" w:type="dxa"/>
              <w:end w:w="180" w:type="dxa"/>
            </w:tcMar>
            <w:tcBorders>
              <w:top w:val="single" w:sz="8" w:color="F4DADA"/>
              <w:bottom w:val="single" w:sz="8" w:color="F4DADA"/>
              <w:start w:val="single" w:sz="8" w:color="F4DADA"/>
            </w:tcBorders>
          </w:tcPr>
          <w:p>
            <w:pPr>
              <w:spacing w:before="0" w:after="0"/>
            </w:pPr>
            <w:r>
              <w:rPr>
                <w:rFonts w:ascii="Lato" w:hAnsi="Lato"/>
                <w:b/>
                <w:i w:val="0"/>
                <w:color w:val="C69B50"/>
                <w:sz w:val="42"/>
              </w:rPr>
              <w:t>09</w:t>
            </w:r>
            <w:r>
              <w:rPr>
                <w:rFonts w:ascii="Lato" w:hAnsi="Lato"/>
                <w:b/>
                <w:i w:val="0"/>
                <w:color w:val="812D39"/>
                <w:sz w:val="16"/>
              </w:rPr>
              <w:t xml:space="preserve">   PRVI PETAK</w:t>
            </w:r>
          </w:p>
          <w:p>
            <w:pPr>
              <w:spacing w:before="60" w:after="0"/>
            </w:pPr>
            <w:r>
              <w:rPr>
                <w:rFonts w:ascii="Lato" w:hAnsi="Lato"/>
                <w:b/>
                <w:i w:val="0"/>
                <w:color w:val="812D39"/>
                <w:sz w:val="15"/>
              </w:rPr>
              <w:t>Moj mali korak:</w:t>
            </w:r>
          </w:p>
          <w:p>
            <w:pPr>
              <w:spacing w:before="0" w:after="0" w:line="254" w:lineRule="auto"/>
            </w:pPr>
            <w:r>
              <w:rPr>
                <w:rFonts w:ascii="Lato" w:hAnsi="Lato"/>
                <w:b w:val="0"/>
                <w:i w:val="0"/>
                <w:color w:val="2E3039"/>
                <w:sz w:val="18"/>
              </w:rPr>
              <w:t>Reći ću Isusu: Hvala ti!</w:t>
            </w:r>
          </w:p>
          <w:p>
            <w:pPr>
              <w:spacing w:before="80" w:after="0"/>
            </w:pPr>
            <w:r>
              <w:rPr>
                <w:rFonts w:ascii="Lato" w:hAnsi="Lato"/>
                <w:b w:val="0"/>
                <w:i w:val="0"/>
                <w:color w:val="65717B"/>
                <w:sz w:val="17"/>
              </w:rPr>
              <w:t>Datum: ___________________</w:t>
            </w:r>
          </w:p>
        </w:tc>
        <w:tc>
          <w:tcPr>
            <w:tcW w:type="dxa" w:w="3231"/>
            <w:shd w:fill="FFFFFF"/>
            <w:tcMar>
              <w:top w:w="80" w:type="dxa"/>
              <w:start w:w="150" w:type="dxa"/>
              <w:bottom w:w="100" w:type="dxa"/>
              <w:end w:w="150" w:type="dxa"/>
            </w:tcMar>
            <w:tcBorders>
              <w:top w:val="single" w:sz="12" w:color="BA5260"/>
              <w:bottom w:val="single" w:sz="12" w:color="BA5260"/>
              <w:start w:val="single" w:sz="12" w:color="BA5260"/>
              <w:end w:val="single" w:sz="12" w:color="BA5260"/>
            </w:tcBorders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BA5260"/>
                <w:sz w:val="16"/>
              </w:rPr>
              <w:t>MJESTO ZA ŽUPNI ŽIG</w:t>
            </w:r>
          </w:p>
          <w:p>
            <w:pPr>
              <w:spacing w:before="1280" w:after="0"/>
              <w:jc w:val="center"/>
            </w:pPr>
            <w:r>
              <w:rPr>
                <w:rFonts w:ascii="Lato" w:hAnsi="Lato"/>
                <w:b w:val="0"/>
                <w:i w:val="0"/>
                <w:color w:val="65717B"/>
                <w:sz w:val="12"/>
              </w:rPr>
              <w:t>ŽIG / POTVRDA DOLASKA</w:t>
            </w:r>
          </w:p>
        </w:tc>
      </w:tr>
    </w:tbl>
    <w:p>
      <w:pPr>
        <w:spacing w:before="0" w:after="80"/>
      </w:pPr>
    </w:p>
    <w:p>
      <w:r>
        <w:br w:type="page"/>
      </w:r>
    </w:p>
    <w:p>
      <w:pPr>
        <w:spacing w:before="0" w:after="100"/>
      </w:pPr>
      <w:r>
        <w:rPr>
          <w:rFonts w:ascii="Lato" w:hAnsi="Lato"/>
          <w:b/>
          <w:i w:val="0"/>
          <w:color w:val="C69B50"/>
          <w:sz w:val="16"/>
        </w:rPr>
        <w:t>MALA ŠKOLA LJUBAVI</w:t>
      </w:r>
    </w:p>
    <w:p>
      <w:pPr>
        <w:spacing w:before="0" w:after="100"/>
      </w:pPr>
      <w:r>
        <w:rPr>
          <w:rFonts w:ascii="Lato" w:hAnsi="Lato"/>
          <w:b/>
          <w:i w:val="0"/>
          <w:color w:val="812D39"/>
          <w:sz w:val="32"/>
        </w:rPr>
        <w:t>Moje srce za Isusa</w:t>
      </w:r>
    </w:p>
    <w:p>
      <w:pPr>
        <w:spacing w:before="0" w:after="200"/>
      </w:pPr>
      <w:r>
        <w:rPr>
          <w:rFonts w:ascii="Lato" w:hAnsi="Lato"/>
          <w:b w:val="0"/>
          <w:i w:val="0"/>
          <w:color w:val="65717B"/>
          <w:sz w:val="18"/>
        </w:rPr>
        <w:t>Svaki mali znak dobrote vrijedan je pred Bogom.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030"/>
      </w:tblGrid>
      <w:tr>
        <w:trPr>
          <w:trHeight w:val="57" w:hRule="exact"/>
        </w:trPr>
        <w:tc>
          <w:tcPr>
            <w:tcW w:type="dxa" w:w="7031"/>
            <w:shd w:fill="F4DADA"/>
          </w:tcPr>
          <w:p/>
        </w:tc>
      </w:tr>
    </w:tbl>
    <w:p>
      <w:pPr>
        <w:spacing w:before="0" w:after="40"/>
      </w:pPr>
    </w:p>
    <w:p>
      <w:pPr>
        <w:spacing w:before="0" w:after="140"/>
      </w:pPr>
      <w:r>
        <w:rPr>
          <w:rFonts w:ascii="Lato" w:hAnsi="Lato"/>
          <w:b w:val="0"/>
          <w:i w:val="0"/>
          <w:color w:val="C69B50"/>
          <w:sz w:val="20"/>
        </w:rPr>
        <w:t xml:space="preserve">☐  </w:t>
      </w:r>
      <w:r>
        <w:rPr>
          <w:rFonts w:ascii="Lato" w:hAnsi="Lato"/>
          <w:b w:val="0"/>
          <w:i w:val="0"/>
          <w:color w:val="2E3039"/>
          <w:sz w:val="18"/>
        </w:rPr>
        <w:t>Prije spavanja zahvalit ću Isusu.</w:t>
      </w:r>
    </w:p>
    <w:p>
      <w:pPr>
        <w:spacing w:before="0" w:after="140"/>
      </w:pPr>
      <w:r>
        <w:rPr>
          <w:rFonts w:ascii="Lato" w:hAnsi="Lato"/>
          <w:b w:val="0"/>
          <w:i w:val="0"/>
          <w:color w:val="C69B50"/>
          <w:sz w:val="20"/>
        </w:rPr>
        <w:t xml:space="preserve">☐  </w:t>
      </w:r>
      <w:r>
        <w:rPr>
          <w:rFonts w:ascii="Lato" w:hAnsi="Lato"/>
          <w:b w:val="0"/>
          <w:i w:val="0"/>
          <w:color w:val="2E3039"/>
          <w:sz w:val="18"/>
        </w:rPr>
        <w:t>Izbjegavat ću ružne riječi i svađe.</w:t>
      </w:r>
    </w:p>
    <w:p>
      <w:pPr>
        <w:spacing w:before="0" w:after="140"/>
      </w:pPr>
      <w:r>
        <w:rPr>
          <w:rFonts w:ascii="Lato" w:hAnsi="Lato"/>
          <w:b w:val="0"/>
          <w:i w:val="0"/>
          <w:color w:val="C69B50"/>
          <w:sz w:val="20"/>
        </w:rPr>
        <w:t xml:space="preserve">☐  </w:t>
      </w:r>
      <w:r>
        <w:rPr>
          <w:rFonts w:ascii="Lato" w:hAnsi="Lato"/>
          <w:b w:val="0"/>
          <w:i w:val="0"/>
          <w:color w:val="2E3039"/>
          <w:sz w:val="18"/>
        </w:rPr>
        <w:t>Pomoći ću bez podsjećanja.</w:t>
      </w:r>
    </w:p>
    <w:p>
      <w:pPr>
        <w:spacing w:before="0" w:after="140"/>
      </w:pPr>
      <w:r>
        <w:rPr>
          <w:rFonts w:ascii="Lato" w:hAnsi="Lato"/>
          <w:b w:val="0"/>
          <w:i w:val="0"/>
          <w:color w:val="C69B50"/>
          <w:sz w:val="20"/>
        </w:rPr>
        <w:t xml:space="preserve">☐  </w:t>
      </w:r>
      <w:r>
        <w:rPr>
          <w:rFonts w:ascii="Lato" w:hAnsi="Lato"/>
          <w:b w:val="0"/>
          <w:i w:val="0"/>
          <w:color w:val="2E3039"/>
          <w:sz w:val="18"/>
        </w:rPr>
        <w:t>Pomolit ću se za nekoga tko je tužan.</w:t>
      </w:r>
    </w:p>
    <w:p>
      <w:pPr>
        <w:spacing w:before="0" w:after="140"/>
      </w:pPr>
      <w:r>
        <w:rPr>
          <w:rFonts w:ascii="Lato" w:hAnsi="Lato"/>
          <w:b w:val="0"/>
          <w:i w:val="0"/>
          <w:color w:val="C69B50"/>
          <w:sz w:val="20"/>
        </w:rPr>
        <w:t xml:space="preserve">☐  </w:t>
      </w:r>
      <w:r>
        <w:rPr>
          <w:rFonts w:ascii="Lato" w:hAnsi="Lato"/>
          <w:b w:val="0"/>
          <w:i w:val="0"/>
          <w:color w:val="2E3039"/>
          <w:sz w:val="18"/>
        </w:rPr>
        <w:t>Ispričat ću se kada pogriješim.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73"/>
      </w:tblGrid>
      <w:tr>
        <w:tc>
          <w:tcPr>
            <w:tcW w:type="dxa" w:w="7031"/>
            <w:shd w:fill="FBF0EE"/>
            <w:tcBorders>
              <w:bottom w:val="single" w:sz="6" w:color="F4DADA"/>
            </w:tcBorders>
            <w:tcMar>
              <w:top w:w="130" w:type="dxa"/>
              <w:start w:w="200" w:type="dxa"/>
              <w:bottom w:w="140" w:type="dxa"/>
              <w:end w:w="200" w:type="dxa"/>
            </w:tcMar>
          </w:tcPr>
          <w:p>
            <w:pPr>
              <w:spacing w:before="0" w:after="80"/>
            </w:pPr>
            <w:r>
              <w:rPr>
                <w:rFonts w:ascii="Lato" w:hAnsi="Lato"/>
                <w:b/>
                <w:i w:val="0"/>
                <w:color w:val="812D39"/>
                <w:sz w:val="20"/>
              </w:rPr>
              <w:t>Molitva zadovoljštine</w:t>
            </w:r>
          </w:p>
          <w:p>
            <w:pPr>
              <w:spacing w:before="0" w:after="0" w:line="269" w:lineRule="auto"/>
            </w:pPr>
            <w:r>
              <w:rPr>
                <w:rFonts w:ascii="Lato" w:hAnsi="Lato"/>
                <w:b w:val="0"/>
                <w:i w:val="0"/>
                <w:color w:val="2E3039"/>
                <w:sz w:val="17"/>
              </w:rPr>
              <w:t>Isuse, žao mi je zbog svega čime sam povrijedio/la tebe i druge. Hvala ti što me ljubiš i opraštaš mi. Pomozi mi da danas budem bolji/bolja.</w:t>
            </w:r>
          </w:p>
        </w:tc>
      </w:tr>
    </w:tbl>
    <w:p>
      <w:pPr>
        <w:spacing w:before="0" w:after="100"/>
      </w:pPr>
    </w:p>
    <w:p>
      <w:pPr>
        <w:spacing w:before="0" w:after="80"/>
      </w:pPr>
      <w:r>
        <w:rPr>
          <w:rFonts w:ascii="Lato" w:hAnsi="Lato"/>
          <w:b/>
          <w:i w:val="0"/>
          <w:color w:val="812D39"/>
          <w:sz w:val="17"/>
        </w:rPr>
        <w:t>Isuse, danas ti posebno želim predati:</w:t>
      </w:r>
    </w:p>
    <w:p>
      <w:pPr>
        <w:spacing w:before="0" w:after="140"/>
      </w:pPr>
      <w:r>
        <w:rPr>
          <w:rFonts w:ascii="Lato" w:hAnsi="Lato"/>
          <w:b w:val="0"/>
          <w:i w:val="0"/>
          <w:color w:val="65717B"/>
          <w:sz w:val="18"/>
        </w:rPr>
        <w:t>__________________________________________________</w:t>
      </w:r>
    </w:p>
    <w:p>
      <w:pPr>
        <w:spacing w:before="0" w:after="140"/>
      </w:pPr>
      <w:r>
        <w:rPr>
          <w:rFonts w:ascii="Lato" w:hAnsi="Lato"/>
          <w:b w:val="0"/>
          <w:i w:val="0"/>
          <w:color w:val="65717B"/>
          <w:sz w:val="18"/>
        </w:rPr>
        <w:t>__________________________________________________</w:t>
      </w:r>
    </w:p>
    <w:p>
      <w:pPr>
        <w:spacing w:before="0" w:after="140"/>
      </w:pPr>
      <w:r>
        <w:rPr>
          <w:rFonts w:ascii="Lato" w:hAnsi="Lato"/>
          <w:b w:val="0"/>
          <w:i w:val="0"/>
          <w:color w:val="65717B"/>
          <w:sz w:val="18"/>
        </w:rPr>
        <w:t>__________________________________________________</w:t>
      </w:r>
    </w:p>
    <w:p>
      <w:r>
        <w:br w:type="page"/>
      </w:r>
    </w:p>
    <w:p>
      <w:pPr>
        <w:spacing w:before="0" w:after="100"/>
      </w:pPr>
      <w:r>
        <w:rPr>
          <w:rFonts w:ascii="Lato" w:hAnsi="Lato"/>
          <w:b/>
          <w:i w:val="0"/>
          <w:color w:val="C69B50"/>
          <w:sz w:val="16"/>
        </w:rPr>
        <w:t>MOJA MALA USPOMENA</w:t>
      </w:r>
    </w:p>
    <w:p>
      <w:pPr>
        <w:spacing w:before="0" w:after="100"/>
      </w:pPr>
      <w:r>
        <w:rPr>
          <w:rFonts w:ascii="Lato" w:hAnsi="Lato"/>
          <w:b/>
          <w:i w:val="0"/>
          <w:color w:val="812D39"/>
          <w:sz w:val="32"/>
        </w:rPr>
        <w:t>Uspomena na moj put</w:t>
      </w:r>
    </w:p>
    <w:p>
      <w:pPr>
        <w:spacing w:before="0" w:after="200"/>
      </w:pPr>
      <w:r>
        <w:rPr>
          <w:rFonts w:ascii="Lato" w:hAnsi="Lato"/>
          <w:b w:val="0"/>
          <w:i w:val="0"/>
          <w:color w:val="65717B"/>
          <w:sz w:val="18"/>
        </w:rPr>
        <w:t>Bog vidi i ono dobro koje drugi ne primijete.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030"/>
      </w:tblGrid>
      <w:tr>
        <w:trPr>
          <w:trHeight w:val="57" w:hRule="exact"/>
        </w:trPr>
        <w:tc>
          <w:tcPr>
            <w:tcW w:type="dxa" w:w="7031"/>
            <w:shd w:fill="F4DADA"/>
          </w:tcPr>
          <w:p/>
        </w:tc>
      </w:tr>
    </w:tbl>
    <w:p>
      <w:pPr>
        <w:spacing w:before="0" w:after="40"/>
      </w:pPr>
    </w:p>
    <w:p>
      <w:pPr>
        <w:spacing w:before="0" w:after="160"/>
        <w:jc w:val="center"/>
      </w:pPr>
      <w:r>
        <w:rPr>
          <w:rFonts w:ascii="Lato" w:hAnsi="Lato"/>
          <w:b/>
          <w:i w:val="0"/>
          <w:color w:val="812D39"/>
          <w:sz w:val="25"/>
        </w:rPr>
        <w:t>USPOMENA NA SUDJELOVANJE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73"/>
      </w:tblGrid>
      <w:tr>
        <w:tc>
          <w:tcPr>
            <w:tcW w:type="dxa" w:w="7031"/>
            <w:shd w:fill="FBF0EE"/>
            <w:tcBorders>
              <w:bottom w:val="single" w:sz="6" w:color="F4DADA"/>
            </w:tcBorders>
            <w:tcMar>
              <w:top w:w="190" w:type="dxa"/>
              <w:start w:w="200" w:type="dxa"/>
              <w:bottom w:w="190" w:type="dxa"/>
              <w:end w:w="200" w:type="dxa"/>
            </w:tcMar>
          </w:tcPr>
          <w:p>
            <w:pPr>
              <w:spacing w:before="0" w:after="80"/>
            </w:pPr>
            <w:r>
              <w:rPr>
                <w:rFonts w:ascii="Lato" w:hAnsi="Lato"/>
                <w:b/>
                <w:i w:val="0"/>
                <w:color w:val="812D39"/>
                <w:sz w:val="20"/>
              </w:rPr>
              <w:t>Rastem u ljubavi</w:t>
            </w:r>
          </w:p>
          <w:p>
            <w:pPr>
              <w:spacing w:before="0" w:after="0" w:line="269" w:lineRule="auto"/>
            </w:pPr>
            <w:r>
              <w:rPr>
                <w:rFonts w:ascii="Lato" w:hAnsi="Lato"/>
                <w:b w:val="0"/>
                <w:i w:val="0"/>
                <w:color w:val="2E3039"/>
                <w:sz w:val="18"/>
              </w:rPr>
              <w:t>Sudjelovao/la sam u molitvama i susretima pobožnosti Presvetom Srcu Isusovu. Želim i dalje živjeti Isusovu ljubav.</w:t>
            </w:r>
          </w:p>
        </w:tc>
      </w:tr>
    </w:tbl>
    <w:p>
      <w:pPr>
        <w:spacing w:before="0" w:after="100"/>
      </w:pPr>
    </w:p>
    <w:p>
      <w:pPr>
        <w:spacing w:before="0" w:after="260"/>
      </w:pPr>
      <w:r>
        <w:rPr>
          <w:rFonts w:ascii="Lato" w:hAnsi="Lato"/>
          <w:b/>
          <w:i w:val="0"/>
          <w:color w:val="812D39"/>
          <w:sz w:val="20"/>
        </w:rPr>
        <w:t xml:space="preserve">Ime djeteta:  </w:t>
      </w:r>
      <w:r>
        <w:rPr>
          <w:rFonts w:ascii="Lato" w:hAnsi="Lato"/>
          <w:b w:val="0"/>
          <w:i w:val="0"/>
          <w:color w:val="65717B"/>
          <w:sz w:val="20"/>
        </w:rPr>
        <w:t>___________________________</w:t>
      </w:r>
    </w:p>
    <w:p>
      <w:pPr>
        <w:spacing w:before="0" w:after="260"/>
      </w:pPr>
      <w:r>
        <w:rPr>
          <w:rFonts w:ascii="Lato" w:hAnsi="Lato"/>
          <w:b/>
          <w:i w:val="0"/>
          <w:color w:val="812D39"/>
          <w:sz w:val="20"/>
        </w:rPr>
        <w:t xml:space="preserve">Župa:  </w:t>
      </w:r>
      <w:r>
        <w:rPr>
          <w:rFonts w:ascii="Lato" w:hAnsi="Lato"/>
          <w:b w:val="0"/>
          <w:i w:val="0"/>
          <w:color w:val="65717B"/>
          <w:sz w:val="20"/>
        </w:rPr>
        <w:t>___________________________</w:t>
      </w:r>
    </w:p>
    <w:p>
      <w:pPr>
        <w:spacing w:before="0" w:after="260"/>
      </w:pPr>
      <w:r>
        <w:rPr>
          <w:rFonts w:ascii="Lato" w:hAnsi="Lato"/>
          <w:b/>
          <w:i w:val="0"/>
          <w:color w:val="812D39"/>
          <w:sz w:val="20"/>
        </w:rPr>
        <w:t xml:space="preserve">Datum:  </w:t>
      </w:r>
      <w:r>
        <w:rPr>
          <w:rFonts w:ascii="Lato" w:hAnsi="Lato"/>
          <w:b w:val="0"/>
          <w:i w:val="0"/>
          <w:color w:val="65717B"/>
          <w:sz w:val="20"/>
        </w:rPr>
        <w:t>___________________________</w:t>
      </w:r>
    </w:p>
    <w:p>
      <w:pPr>
        <w:spacing w:before="0" w:after="240"/>
      </w:pPr>
      <w:r>
        <w:rPr>
          <w:rFonts w:ascii="Lato" w:hAnsi="Lato"/>
          <w:b/>
          <w:i w:val="0"/>
          <w:color w:val="812D39"/>
          <w:sz w:val="20"/>
        </w:rPr>
        <w:t xml:space="preserve">Potpis voditelja:  </w:t>
      </w:r>
      <w:r>
        <w:rPr>
          <w:rFonts w:ascii="Lato" w:hAnsi="Lato"/>
          <w:b w:val="0"/>
          <w:i w:val="0"/>
          <w:color w:val="65717B"/>
          <w:sz w:val="20"/>
        </w:rPr>
        <w:t>___________________________</w:t>
      </w:r>
    </w:p>
    <w:p>
      <w:pPr>
        <w:spacing w:before="0" w:after="0"/>
        <w:jc w:val="center"/>
      </w:pPr>
      <w:r>
        <w:rPr>
          <w:rFonts w:ascii="Lato" w:hAnsi="Lato"/>
          <w:b/>
          <w:i w:val="0"/>
          <w:color w:val="BA5260"/>
          <w:sz w:val="19"/>
        </w:rPr>
        <w:t>„Najljepši žig je srce puno ljubavi.”</w:t>
      </w:r>
    </w:p>
    <w:p>
      <w:r>
        <w:br w:type="page"/>
      </w:r>
    </w:p>
    <w:p>
      <w:pPr>
        <w:spacing w:before="0" w:after="100"/>
      </w:pPr>
      <w:r>
        <w:rPr>
          <w:rFonts w:ascii="Lato" w:hAnsi="Lato"/>
          <w:b/>
          <w:i w:val="0"/>
          <w:color w:val="C69B50"/>
          <w:sz w:val="16"/>
        </w:rPr>
        <w:t>VAŽNE NAPOMENE</w:t>
      </w:r>
    </w:p>
    <w:p>
      <w:pPr>
        <w:spacing w:before="0" w:after="100"/>
      </w:pPr>
      <w:r>
        <w:rPr>
          <w:rFonts w:ascii="Lato" w:hAnsi="Lato"/>
          <w:b/>
          <w:i w:val="0"/>
          <w:color w:val="812D39"/>
          <w:sz w:val="32"/>
        </w:rPr>
        <w:t>Za roditelje i župu</w:t>
      </w:r>
    </w:p>
    <w:p>
      <w:pPr>
        <w:spacing w:before="0" w:after="200"/>
      </w:pPr>
      <w:r>
        <w:rPr>
          <w:rFonts w:ascii="Lato" w:hAnsi="Lato"/>
          <w:b w:val="0"/>
          <w:i w:val="0"/>
          <w:color w:val="65717B"/>
          <w:sz w:val="18"/>
        </w:rPr>
        <w:t>Knjižica je pomoć u odgoju za molitvu, a ne sakramentalna evidencija.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030"/>
      </w:tblGrid>
      <w:tr>
        <w:trPr>
          <w:trHeight w:val="57" w:hRule="exact"/>
        </w:trPr>
        <w:tc>
          <w:tcPr>
            <w:tcW w:type="dxa" w:w="7031"/>
            <w:shd w:fill="F4DADA"/>
          </w:tcPr>
          <w:p/>
        </w:tc>
      </w:tr>
    </w:tbl>
    <w:p>
      <w:pPr>
        <w:spacing w:before="0"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73"/>
      </w:tblGrid>
      <w:tr>
        <w:tc>
          <w:tcPr>
            <w:tcW w:type="dxa" w:w="7031"/>
            <w:shd w:fill="FBF0EE"/>
            <w:tcBorders>
              <w:bottom w:val="single" w:sz="6" w:color="F4DADA"/>
            </w:tcBorders>
            <w:tcMar>
              <w:top w:w="130" w:type="dxa"/>
              <w:start w:w="200" w:type="dxa"/>
              <w:bottom w:w="140" w:type="dxa"/>
              <w:end w:w="200" w:type="dxa"/>
            </w:tcMar>
          </w:tcPr>
          <w:p>
            <w:pPr>
              <w:spacing w:before="0" w:after="80"/>
            </w:pPr>
            <w:r>
              <w:rPr>
                <w:rFonts w:ascii="Lato" w:hAnsi="Lato"/>
                <w:b/>
                <w:i w:val="0"/>
                <w:color w:val="812D39"/>
                <w:sz w:val="20"/>
              </w:rPr>
              <w:t>Bit pobožnosti</w:t>
            </w:r>
          </w:p>
          <w:p>
            <w:pPr>
              <w:spacing w:before="0" w:after="0" w:line="269" w:lineRule="auto"/>
            </w:pPr>
            <w:r>
              <w:rPr>
                <w:rFonts w:ascii="Lato" w:hAnsi="Lato"/>
                <w:b w:val="0"/>
                <w:i w:val="0"/>
                <w:color w:val="2E3039"/>
                <w:sz w:val="17"/>
              </w:rPr>
              <w:t>U pobožnosti devet prvih petaka vjernik kroz devet uzastopnih mjeseci prima svetu pričest prvoga petka, u čast Presvetoga Srca Isusova, s nakanom ljubavi i zadovoljštine. Sudjelovanje na misi i ispovijed kada je potrebna dio su ispravnog sakramentalnog života.</w:t>
            </w:r>
          </w:p>
        </w:tc>
      </w:tr>
    </w:tbl>
    <w:p>
      <w:pPr>
        <w:spacing w:before="0" w:after="10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73"/>
      </w:tblGrid>
      <w:tr>
        <w:tc>
          <w:tcPr>
            <w:tcW w:type="dxa" w:w="7031"/>
            <w:shd w:fill="FBF0EE"/>
            <w:tcBorders>
              <w:bottom w:val="single" w:sz="6" w:color="F4DADA"/>
            </w:tcBorders>
            <w:tcMar>
              <w:top w:w="130" w:type="dxa"/>
              <w:start w:w="200" w:type="dxa"/>
              <w:bottom w:w="140" w:type="dxa"/>
              <w:end w:w="200" w:type="dxa"/>
            </w:tcMar>
          </w:tcPr>
          <w:p>
            <w:pPr>
              <w:spacing w:before="0" w:after="80"/>
            </w:pPr>
            <w:r>
              <w:rPr>
                <w:rFonts w:ascii="Lato" w:hAnsi="Lato"/>
                <w:b/>
                <w:i w:val="0"/>
                <w:color w:val="812D39"/>
                <w:sz w:val="20"/>
              </w:rPr>
              <w:t>Važno za djecu</w:t>
            </w:r>
          </w:p>
          <w:p>
            <w:pPr>
              <w:spacing w:before="0" w:after="0" w:line="269" w:lineRule="auto"/>
            </w:pPr>
            <w:r>
              <w:rPr>
                <w:rFonts w:ascii="Lato" w:hAnsi="Lato"/>
                <w:b w:val="0"/>
                <w:i w:val="0"/>
                <w:color w:val="2E3039"/>
                <w:sz w:val="17"/>
              </w:rPr>
              <w:t>Dijete koje još nije primilo Prvu pričest ne može ispuniti uvjet primanja pričesti, ali može sudjelovati na misi, molitvi i župnim susretima. Poštujte djetetovu dob i pripravu.</w:t>
            </w:r>
          </w:p>
        </w:tc>
      </w:tr>
    </w:tbl>
    <w:p>
      <w:pPr>
        <w:spacing w:before="0" w:after="10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73"/>
      </w:tblGrid>
      <w:tr>
        <w:tc>
          <w:tcPr>
            <w:tcW w:type="dxa" w:w="7031"/>
            <w:shd w:fill="FBF0EE"/>
            <w:tcBorders>
              <w:bottom w:val="single" w:sz="6" w:color="F4DADA"/>
            </w:tcBorders>
            <w:tcMar>
              <w:top w:w="130" w:type="dxa"/>
              <w:start w:w="200" w:type="dxa"/>
              <w:bottom w:w="140" w:type="dxa"/>
              <w:end w:w="200" w:type="dxa"/>
            </w:tcMar>
          </w:tcPr>
          <w:p>
            <w:pPr>
              <w:spacing w:before="0" w:after="80"/>
            </w:pPr>
            <w:r>
              <w:rPr>
                <w:rFonts w:ascii="Lato" w:hAnsi="Lato"/>
                <w:b/>
                <w:i w:val="0"/>
                <w:color w:val="812D39"/>
                <w:sz w:val="20"/>
              </w:rPr>
              <w:t>O žigovima</w:t>
            </w:r>
          </w:p>
          <w:p>
            <w:pPr>
              <w:spacing w:before="0" w:after="0" w:line="269" w:lineRule="auto"/>
            </w:pPr>
            <w:r>
              <w:rPr>
                <w:rFonts w:ascii="Lato" w:hAnsi="Lato"/>
                <w:b w:val="0"/>
                <w:i w:val="0"/>
                <w:color w:val="2E3039"/>
                <w:sz w:val="17"/>
              </w:rPr>
              <w:t>Žig se daje za dolazak ili sudjelovanje, prema dogovoru sa župom. Ne smije služiti kao dokaz ispovijedi, pričesti ili „uspješnosti” djeteta. Pobožnost ne zamjenjuje nedjeljnu svetu misu.</w:t>
            </w:r>
          </w:p>
        </w:tc>
      </w:tr>
    </w:tbl>
    <w:p>
      <w:pPr>
        <w:spacing w:before="0" w:after="100"/>
      </w:pPr>
    </w:p>
    <w:p>
      <w:pPr>
        <w:spacing w:before="0" w:after="200"/>
      </w:pPr>
      <w:r>
        <w:rPr>
          <w:rFonts w:ascii="Lato" w:hAnsi="Lato"/>
          <w:b w:val="0"/>
          <w:i w:val="0"/>
          <w:color w:val="65717B"/>
          <w:sz w:val="14"/>
        </w:rPr>
        <w:t>Izvori: Direktorij o pučkoj pobožnosti i liturgiji, br. 171–172; Zakonik kanonskoga prava, kan. 913–916; EWTN: First Friday Devotion.</w:t>
      </w:r>
    </w:p>
    <w:p>
      <w:pPr>
        <w:spacing w:before="0" w:after="60"/>
      </w:pPr>
      <w:r>
        <w:rPr>
          <w:rFonts w:ascii="Lato" w:hAnsi="Lato"/>
          <w:b/>
          <w:i w:val="0"/>
          <w:color w:val="812D39"/>
          <w:sz w:val="16"/>
        </w:rPr>
        <w:t xml:space="preserve">Kontakt župe / napomena: </w:t>
      </w:r>
    </w:p>
    <w:p>
      <w:pPr>
        <w:spacing w:before="0" w:after="140"/>
      </w:pPr>
      <w:r>
        <w:rPr>
          <w:rFonts w:ascii="Lato" w:hAnsi="Lato"/>
          <w:b w:val="0"/>
          <w:i w:val="0"/>
          <w:color w:val="65717B"/>
          <w:sz w:val="18"/>
        </w:rPr>
        <w:t>__________________________________________________</w:t>
      </w:r>
    </w:p>
    <w:p>
      <w:pPr>
        <w:spacing w:before="0" w:after="140"/>
      </w:pPr>
      <w:r>
        <w:rPr>
          <w:rFonts w:ascii="Lato" w:hAnsi="Lato"/>
          <w:b w:val="0"/>
          <w:i w:val="0"/>
          <w:color w:val="65717B"/>
          <w:sz w:val="18"/>
        </w:rPr>
        <w:t>__________________________________________________</w:t>
      </w:r>
    </w:p>
    <w:sectPr w:rsidR="00FC693F" w:rsidRPr="0006063C" w:rsidSect="00034616">
      <w:pgSz w:w="8391" w:h="11906"/>
      <w:pgMar w:top="709" w:right="680" w:bottom="652" w:left="68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Lato" w:hAnsi="Lato"/>
      <w:color w:val="2E30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Dječja knjižica 9 prvih petaka</dc:title>
  <dc:subject>Župna knjižica za žigove, molitvu i dječje poticaje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